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Building the West (1880 to 1914)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one thing Chinese workers contributed to BC.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Who did the "Last Best West" posters invite? Who was left out?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does a poster persuade? Name one technique.</w:t>
      </w:r>
    </w:p>
    <w:p>
      <w:pPr>
        <w:spacing w:after="80"/>
      </w:pPr>
      <w:r>
        <w:rPr>
          <w:b w:val="0"/>
          <w:i/>
          <w:sz w:val="18"/>
        </w:rPr>
        <w:t>(Grade 6)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who built and settled the West.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